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6D5F59"/>
        </w:rPr>
        <w:t>Questions to ask your accommodation</w:t>
      </w:r>
    </w:p>
    <w:p>
      <w:r>
        <w:rPr>
          <w:color w:val="A8245A"/>
        </w:rPr>
        <w:t>Ask before you book: what families with babies need to know.</w:t>
      </w:r>
    </w:p>
    <w:p>
      <w:pPr>
        <w:pStyle w:val="Heading2"/>
      </w:pPr>
      <w:r>
        <w:rPr>
          <w:color w:val="A8245A"/>
        </w:rPr>
        <w:t>Sleeping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Is a cot available? Cost, size and mattress?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Is there room for a travel cot?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Can the room be made dark (blackout blinds)?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Is it quiet at night?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A8245A"/>
        </w:rPr>
        <w:t>Feeding and kitchen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Fridge in the room?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Kettle or microwave for bottles?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High chairs at breakfast?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A8245A"/>
        </w:rPr>
        <w:t>Getting around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Lift or step-free access?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Space to store a pushchair?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Distance to shops and a pharmacy?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A8245A"/>
        </w:rPr>
        <w:t>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Pool fencing or gates?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Balcony locks?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Baby bath or bath seat available?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Nearest hospital or doctor?</w:t>
            </w:r>
          </w:p>
        </w:tc>
        <w:tc>
          <w:tcPr>
            <w:tcW w:type="dxa" w:w="4320"/>
          </w:tcPr>
          <w:p/>
        </w:tc>
      </w:tr>
    </w:tbl>
    <w:p>
      <w:r>
        <w:rPr>
          <w:sz w:val="16"/>
        </w:rPr>
        <w:t>Free template from kiddieko.com/trip-planner-templates/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Kiddieko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